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״כל טיפה חשובה״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7"/>
          <w:rtl w:val="1"/>
          <w:szCs w:val="27"/>
        </w:rPr>
        <w:t>דף תרגול קצר: הטקסט, חמשת שלבי פירוק השאלה, מיון לפי ממדים, שאלות בחירה, כתיבה וכרטיס יציאה. אינפוגרפיקה · כיתה ט׳ · מסלול חנ״מ – מותאם.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4"/>
          <w:rtl w:val="1"/>
          <w:szCs w:val="24"/>
        </w:rPr>
        <w:t>⏱️ כ־35–45 דקות. השאלות לקוחות מהטקסט שבאתר (עמוד ״תרגול״ ו״פרקו את השאלה״). בגרסה זו: טקסט בעברית פשוטה, פחות פריטים, 3 אפשרויות ומשפטי פתיחה.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🔑 מפתח תשובות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א׳ 1 · </w:t>
      </w:r>
      <w:r>
        <w:rPr>
          <w:rFonts w:ascii="Arial" w:hAnsi="Arial" w:cs="Arial"/>
          <w:b w:val="0"/>
          <w:sz w:val="22"/>
          <w:rtl w:val="1"/>
          <w:szCs w:val="22"/>
        </w:rPr>
        <w:t>ממד: איתור מידע | תשובה נכונה: א. להמחשה בלבד | משפט מלא: את המספרים חישבה… והם…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א׳ 2 · </w:t>
      </w:r>
      <w:r>
        <w:rPr>
          <w:rFonts w:ascii="Arial" w:hAnsi="Arial" w:cs="Arial"/>
          <w:b w:val="0"/>
          <w:sz w:val="22"/>
          <w:rtl w:val="1"/>
          <w:szCs w:val="22"/>
        </w:rPr>
        <w:t>ממד: פרשנות והיסק | תשובה נכונה: א. כי הוא לוקח מים בלי שמרגישים | משפט מלא: הטפטוף דומה לגנב כי…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1 · </w:t>
      </w:r>
      <w:r>
        <w:rPr>
          <w:rFonts w:ascii="Arial" w:hAnsi="Arial" w:cs="Arial"/>
          <w:b w:val="0"/>
          <w:sz w:val="22"/>
          <w:rtl w:val="1"/>
          <w:szCs w:val="22"/>
        </w:rPr>
        <w:t>1–ב · 2–ג · 3–א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2 · </w:t>
      </w:r>
      <w:r>
        <w:rPr>
          <w:rFonts w:ascii="Arial" w:hAnsi="Arial" w:cs="Arial"/>
          <w:b w:val="0"/>
          <w:sz w:val="22"/>
          <w:rtl w:val="1"/>
          <w:szCs w:val="22"/>
        </w:rPr>
        <w:t>1 – איתור מידע · 2 – פרשנות והיסק · 3 – הערכה וביקורת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3 · </w:t>
      </w:r>
      <w:r>
        <w:rPr>
          <w:rFonts w:ascii="Arial" w:hAnsi="Arial" w:cs="Arial"/>
          <w:b w:val="0"/>
          <w:sz w:val="22"/>
          <w:rtl w:val="1"/>
          <w:szCs w:val="22"/>
        </w:rPr>
        <w:t>1 – א (משקים בצהריים והמים מתאדים) · 2 – א (שעון המים רץ כשהברזים סגורים)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ג׳ 1 · </w:t>
      </w:r>
      <w:r>
        <w:rPr>
          <w:rFonts w:ascii="Arial" w:hAnsi="Arial" w:cs="Arial"/>
          <w:b w:val="0"/>
          <w:sz w:val="22"/>
          <w:rtl w:val="1"/>
          <w:szCs w:val="22"/>
        </w:rPr>
        <w:t>תשובה צפויה: א. יש בה ציורים ומספרים ברורים | ממד: הערכה וביקורת | בשאלת עמדה – מקבלים כל תשובה מנומקת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🎟️ כרטיס יציאה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4"/>
          <w:rtl w:val="1"/>
          <w:szCs w:val="24"/>
        </w:rPr>
        <w:t>תשובות אישיות. כדאי לאסוף ולבדוק: האם התלמידים והתלמידות מזהים מילת שאלה ויודעים מה היא דורשת?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התלמיד/ה – ״כל טיפה חשובה״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אינפוגרפיקה · כיתה ט׳ · מסלול חנ״מ – מותאם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אינפוגרפיקה · עברית פשוטה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כל טיפה חשובה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5D5675"/>
                <w:sz w:val="26"/>
                <w:rtl w:val="1"/>
                <w:szCs w:val="26"/>
                <w:bCs/>
              </w:rPr>
              <w:t>אינפוגרפיקה כיתתית לדוגמה: כמה מים אנחנו צורכים, איפה הם מתבזבזים ואיך אפשר לחסוך – בבית ובבית הספר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(1)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כותרת: "כל טיפה חשובה". מים הם משאב יקר. המספרים כאן להמחשה בלבד. כיתה ט׳ דמיונית חישבה אותם.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(2)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פאנל 1 – מים בבית: צחצוח עם ברז פתוח – 6 ליטרים. מקלחת עשר דקות – 80 ליטרים. הורדת מים – 3 עד 9 ליטרים. כביסה – 50 ליטרים.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(3)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פאנל 2 – ברז מטפטף מבזבז הרבה מים. אפשר לבדוק דליפה בשעון המים.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(4)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פאנל 3 – בבית הספר: ברזייה תקועה. השקיה בצהריים, והמים מתאדים. אב הבית אומר: דווחו על ברז תקוע.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(5)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פאנל 4 – לפני ואחרי: מקלחת קצרה, כוס לצחצוח, השקיה בערב. חסכו אלפי ליטרים בחודש.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(6)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פאנל 5 – טיפים לבית: מקלחת קצרה. לסגור ברז. כביסה מלאה. לתקן טפטוף. לשטוף ירקות בקערה.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(7)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פאנל 6 – בבית הספר: לבדוק ברזים כל שבוע. להשקות בערב. לתלות שלטים.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(8)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סיום: "כל טיפה שחוסכים היום נשארת למחר."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משאב – חומר מהטבע שבני אדם צריכים ומשתמשים בו · להתפיל – להוציא את המלח ממי ים כדי שאפשר יהיה לשתות אותם · מתאדה – הופך לאדים ונעלם לאוויר · דליפה – מים שבורחים מצינור או מברז מקולקל · ביממה – ביום ובלילה יחד, 24 שעות · מגב – כלי ניקוי עם גומי לדחיפת מים על הרצפה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 – קוראים את השאלה ועונים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השאלה. סמנו את מילת השאלה. בחרו ממד. בחרו תשובה, והשלימו את המשפט.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המספרים באינפוגרפיקה הם…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 xml:space="preserve">ממד:  </w:t>
      </w:r>
      <w:r>
        <w:rPr>
          <w:rFonts w:ascii="Arial" w:hAnsi="Arial" w:cs="Arial"/>
          <w:b/>
          <w:color w:val="1F7A72"/>
          <w:sz w:val="25"/>
          <w:rtl w:val="1"/>
          <w:szCs w:val="25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5"/>
          <w:rtl w:val="1"/>
          <w:szCs w:val="25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5"/>
          <w:rtl w:val="1"/>
          <w:szCs w:val="25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להמחשה בלבד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נתונים רשמיים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מספרים מדויקים לכל בית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את המספרים חישבה… והם… 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למה טפטוף דומה לגנב שקט?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 xml:space="preserve">ממד:  </w:t>
      </w:r>
      <w:r>
        <w:rPr>
          <w:rFonts w:ascii="Arial" w:hAnsi="Arial" w:cs="Arial"/>
          <w:b/>
          <w:color w:val="1F7A72"/>
          <w:sz w:val="25"/>
          <w:rtl w:val="1"/>
          <w:szCs w:val="25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5"/>
          <w:rtl w:val="1"/>
          <w:szCs w:val="25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5"/>
          <w:rtl w:val="1"/>
          <w:szCs w:val="25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כי הוא לוקח מים בלי שמרגישים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כי הוא עושה רעש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כי הוא בורח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הטפטוף דומה לגנב כי… 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 – מילות שאלה, ממדים והבנה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1. התאימו: מילת שאלה ← מה עושים. כתבו את האות ליד המספר.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67"/>
        <w:gridCol w:w="3118"/>
        <w:gridCol w:w="907"/>
        <w:gridCol w:w="510"/>
        <w:gridCol w:w="4535"/>
      </w:tblGrid>
      <w:tr>
        <w:tc>
          <w:tcPr>
            <w:tcW w:type="dxa" w:w="56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#</w:t>
            </w:r>
          </w:p>
        </w:tc>
        <w:tc>
          <w:tcPr>
            <w:tcW w:type="dxa" w:w="3118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מילת השאלה</w:t>
            </w:r>
          </w:p>
        </w:tc>
        <w:tc>
          <w:tcPr>
            <w:tcW w:type="dxa" w:w="90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האות</w:t>
            </w:r>
          </w:p>
        </w:tc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</w:r>
          </w:p>
        </w:tc>
        <w:tc>
          <w:tcPr>
            <w:tcW w:type="dxa" w:w="4535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מה עליי לעשות?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1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העתיקו / מצאו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א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לנקוט עמדה אישית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2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הסבירו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ב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להעתיק מילים מדויקות מהטקסט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3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לדעתכם / הביעו דעה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ג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לפרש ולהבהיר במילים שלי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2. מיינו: לאיזה ממד שייכת כל שאלה? סמנו ✔ בעמודה המתאימה.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10"/>
        <w:gridCol w:w="5386"/>
        <w:gridCol w:w="1304"/>
        <w:gridCol w:w="1304"/>
        <w:gridCol w:w="1304"/>
      </w:tblGrid>
      <w:tr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#</w:t>
            </w:r>
          </w:p>
        </w:tc>
        <w:tc>
          <w:tcPr>
            <w:tcW w:type="dxa" w:w="5386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השאלה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🔍 איתור מידע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🧩 פרשנות והיסק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⚖️ הערכה וביקורת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1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כיצד אפשר לבדוק אם יש דליפה נסתרת בבית, לפי פאנל 2?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2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למי מיועדת האינפוגרפיקה, ומה מטרתה? הביאו ראיה אחת מהטקסט.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3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האם לדעתכם אינפוגרפיקה היא דרך יעילה יותר מטקסט רגיל להעביר את המסר על חיסכון במים? נמקו בעזרת שתי דוגמאות מהאינפוגרפיקה.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3. בחרו את התשובה הנכונה לפי הטקסט. הקיפו את האות.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הבעיה בהשקיה בבית הספר?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משקים בצהריים והמים מתאדים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אין צמחים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משקים בלילה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איך יודעים שיש דליפה?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שעון המים רץ כשהברזים סגורים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הברז חם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יש רעש ברחוב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 – כותבים תשובה מלאה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למה אינפוגרפיקה עוזרת להבין?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יש בה ציורים ומספרים ברורים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יש בה יותר מילים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אין בה מידע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לדעתי אינפוגרפיקה (לא) יעילה יותר כי… למשל… 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כתבתי משפט מלא    ☐ כתבתי ״כי…״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מה למדתי היום? מילת שאלה אחת: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2. מה היה לי קל? ומה היה לי קשה?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דף תרגול · כל טיפה חשובה · כיתה ט׳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כל טיפה חשובה · כיתה ט׳ ·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