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״שנה במגרש: מה למדתי מהקבוצה של יום רביעי״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2"/>
          <w:rtl w:val="1"/>
          <w:szCs w:val="22"/>
        </w:rPr>
        <w:t>דף תרגול קצר: הטקסט, חמשת שלבי פירוק השאלה, מיון לפי ממדים, שאלות בחירה, כתיבה וכרטיס יציאה. בלוג · כיתה ט׳ · מסלול עולים – עברית פשוטה.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⏱️ כ־35–45 דקות. השאלות לקוחות מהטקסט שבאתר (עמוד ״תרגול״ ו״פרקו את השאלה״). בגרסה זו: טקסט בעברית פשוטה, מילון קצר, משפטים קצרים ו־3 אפשרויות.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1 · </w:t>
      </w:r>
      <w:r>
        <w:rPr>
          <w:rFonts w:ascii="Arial" w:hAnsi="Arial" w:cs="Arial"/>
          <w:b w:val="0"/>
          <w:sz w:val="17"/>
          <w:rtl w:val="1"/>
          <w:szCs w:val="17"/>
        </w:rPr>
        <w:t>ממד: איתור מידע | תשובה נכונה: א. 12 | משפט מלא: בקבוצה יש…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2 · </w:t>
      </w:r>
      <w:r>
        <w:rPr>
          <w:rFonts w:ascii="Arial" w:hAnsi="Arial" w:cs="Arial"/>
          <w:b w:val="0"/>
          <w:sz w:val="17"/>
          <w:rtl w:val="1"/>
          <w:szCs w:val="17"/>
        </w:rPr>
        <w:t>ממד: פרשנות והיסק | תשובה נכונה: א. שלכל ילד יש חוזקות | משפט מלא: שירה הבינה ש…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1 · </w:t>
      </w:r>
      <w:r>
        <w:rPr>
          <w:rFonts w:ascii="Arial" w:hAnsi="Arial" w:cs="Arial"/>
          <w:b w:val="0"/>
          <w:sz w:val="17"/>
          <w:rtl w:val="1"/>
          <w:szCs w:val="17"/>
        </w:rPr>
        <w:t>1–ד · 2–ב · 3–ג · 4–א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2 · </w:t>
      </w:r>
      <w:r>
        <w:rPr>
          <w:rFonts w:ascii="Arial" w:hAnsi="Arial" w:cs="Arial"/>
          <w:b w:val="0"/>
          <w:sz w:val="17"/>
          <w:rtl w:val="1"/>
          <w:szCs w:val="17"/>
        </w:rPr>
        <w:t>1 – איתור מידע · 2 – איתור מידע · 3 – פרשנות והיסק · 4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3 · </w:t>
      </w:r>
      <w:r>
        <w:rPr>
          <w:rFonts w:ascii="Arial" w:hAnsi="Arial" w:cs="Arial"/>
          <w:b w:val="0"/>
          <w:sz w:val="17"/>
          <w:rtl w:val="1"/>
          <w:szCs w:val="17"/>
        </w:rPr>
        <w:t>1 – א (לשאול לפני שעוזרים) · 2 – א (שהבת שיחקה כמו כולם)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ג׳ 1 · </w:t>
      </w:r>
      <w:r>
        <w:rPr>
          <w:rFonts w:ascii="Arial" w:hAnsi="Arial" w:cs="Arial"/>
          <w:b w:val="0"/>
          <w:sz w:val="17"/>
          <w:rtl w:val="1"/>
          <w:szCs w:val="17"/>
        </w:rPr>
        <w:t>תשובה צפויה: א. כי רואים קודם את הילד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התלמיד/ה – ״שנה במגרש: מה למדתי מהקבוצה של יום רביעי״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בלוג · כיתה ט׳ · מסלול עולים – עברית פשוטה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 xml:space="preserve">📖 מילון קצר: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על הרצף האוטיסטי – ילדים עם אוטיזם, בדרגות שונות · תסכל – גרם להרגשה של כעס ואכזבה כשמשהו לא מצליח · אבחנה – השם שרופא נותן למצב או למוגבלות · השילוב – כשאנשים שונים משתתפים יחד באותה פעילות · ההתמדה – להמשיך לאורך זמן גם כשקשה · מתלבטים – לא בטוחים מה להחליט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עברית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English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Русский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العربية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አማርኛ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what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что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ماذا / ما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❔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למה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why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почему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لماذا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ለምን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🤷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ציינו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state / list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укажите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اذكروا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ጥቀሱ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📝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הסבירו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explain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объясните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اشرحوا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አብራሩ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🗣️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נמקו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give reasons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обоснуйте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عَلِّلوا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ምክንያት ስጡ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🔗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>בלוג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שנה במגרש: מה למדתי מהקבוצה של יום רביעי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0"/>
                <w:rtl w:val="1"/>
                <w:szCs w:val="20"/>
                <w:bCs/>
              </w:rPr>
              <w:t>פוסט סיכום בבלוג האישי של שירה, תלמידת כיתה ט׳, אחרי שנה של התנדבות כמאמנת עוזרת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לפני שנה התחלתי להתנדב. אני עוזרת למאמנת בקבוצת כדורסל לילדים עם צרכים מיוחדים. בהתחלה פחדתי. היום אני שמחה שהתנדבתי.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בקבוצה 12 ילדים, בני 8 עד 12. חלקם בכיסא גלגלים. חלקם עם אוטיזם. בהתחלה חשבתי מה הם לא יכולים. טעיתי. יוסי קולע יותר טוב ממני. נור זוכרת את כל התרגילים.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דבר ראשון: למדתי סבלנות. לפעמים צריך להסביר חמש פעמים. בהתחלה כעסתי. אחר כך הבנתי שזו בעיה שלי.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דבר שני: מילים חשובות. אומרים "ילד עם אוטיזם". שואלים לפני שעוזרים. זה כבוד.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דבר שלישי: ספורט שייך לכולם. שיחקנו נגד קבוצה אחרת. כולם עודדו את כולם. אמא אחת אמרה: הבת שלי שיחקה כמו כולם.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(6)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היו גם ימים קשים. הייתי עייפה. כמעט ויתרתי. המאמנת אמרה: מספיק להגיע.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(7)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למי שמתלבט: כדאי להתנדב. קיבלתי יותר ממה שנתתי. שנה הבאה אני ממשיכה.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0"/>
                <w:rtl w:val="1"/>
                <w:szCs w:val="20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על הרצף האוטיסטי – ילדים עם אוטיזם, בדרגות שונות · תסכל – גרם להרגשה של כעס ואכזבה כשמשהו לא מצליח · אבחנה – השם שרופא נותן למצב או למוגבלות · השילוב – כשאנשים שונים משתתפים יחד באותה פעילות · ההתמדה – להמשיך לאורך זמן גם כשקשה · מתלבטים – לא בטוחים מה להחליט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קראו. סמנו את מילת השאלה. בחרו ממד. בחרו תשובה. כתבו 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כמה ילדים יש בקבוצה?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12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8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30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בקבוצה יש… 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מה שירה הבינה מיוסי ונור?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שלכל ילד יש חוזקות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שהם לא יכולים לשחק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שכדורסל קל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שירה הבינה ש… 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1. התאימו: מילת שאלה ← מה עושים. כתבו את האות.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איזו כותרת מתאימה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להכריע (כן/לא/במידה מסוימת) ולבסס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/ מי / מתי / היכן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לאתר פרט שכתוב בטקסט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העתיקו / מצאו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להעתיק מילים מדויקות מהטקסט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האם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ד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לבחור או לנסח כותרת שמסכמת את הרעיון המרכזי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2. לאיזה ממד שייכת השאלה? סמנו 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ביקשה המאמנת הראשית מהמתנדבים ביום הראשון?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אמרה לשירה אמא של אחת הבנות אחרי הטורניר?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השוו בין הפסקה הראשונה לפסקה האחרונה: כיצד השתנו רגשותיה ומחשבותיה של שירה?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שירה טוענת שכדאי לכל בני הנוער להתנדב. האם הטיעון שלה משכנע? הביעו עמדה ונמקו בשני נימוקים, אחד מהם מן הבלוג.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מה ביקשה המאמנת?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לשאול לפני שעוזרים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לצעוק על הילדים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לא לדבר באימון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מה אמרה האמא?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שהבת שיחקה כמו כולם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שהבת ניצחה לבד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שהיא רוצה לעזוב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למה חשוב לומר "ילד עם אוטיזם"?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כי רואים קודם את הילד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כי זה קצר יותר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כי כך כותבים במבחן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לדעתי למילים (אין) יש חשיבות כי… למשל… 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מילת שאלה חדשה שלמדתי היום: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משפט אחד: מה עושים לפני שעונים?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שנה במגרש: מה למדתי מהקבוצה של יום רביעי · כיתה ט׳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שנה במגרש: מה למדתי מהקבוצה של יום רביעי · כיתה ט׳ ·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